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Nom Prénom expéditeur</w:t>
        <w:br/>
        <w:t>N° Rue</w:t>
        <w:br/>
        <w:t>CP Ville</w:t>
        <w:br/>
      </w:r>
    </w:p>
    <w:p>
      <w:r>
        <w:t>Objet : Attestation sur l'honneur</w:t>
        <w:br/>
      </w:r>
    </w:p>
    <w:p>
      <w:r>
        <w:t>Je soussigné(e) Madame / Monsieur (prénom nom), né(e) le (date de naissance) à (commune de naissance), demeurant à (adresse), atteste sur l’honneur que les informations déclarées sont exactes.</w:t>
      </w:r>
    </w:p>
    <w:p>
      <w:r>
        <w:br/>
        <w:t>Fait à _______________________, le ____ / ____ / ______</w:t>
        <w:br/>
      </w:r>
    </w:p>
    <w:p>
      <w:r>
        <w:t>Signature :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